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הבחירות – איך מצביעים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ההצבעה בקלפי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הקשורות לבחירות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משפחת המילים מהשורש ב-ח-ר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תעודת זהות או דרכון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אף אחד לא רואה איזה פתק בחרתם.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להצביע גם עם תעודת זהות או דרכון.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מושבים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(המקום שבו מצביעים)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(שמים בה את הפתק)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(עומדים מאחוריו לפני שבוחרים)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מגיעים לקלפי ומראים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עומדים מאחורי הפרגוד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פתק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מכניסים את המעטפה לקלפי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מסביר/ה שהקול שלהם חשוב, שזו זכות וחובה אזרחית.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ב-ח-ר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גיל 18 ומעלה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פתק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הקטעים לפני התרגול, כדי לחזק הבנת נשמע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שלבי ההצבעה בעזרת תמונות או בובות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אפשר לוותר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בקלות – לקרוא בקלות בישראל, חדשות לעולים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הבחירות – איך מצביעים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היום יש בחירות לכנסת בישראל. בדף הזה נלמד איך מצביעים, אילו מילים קשורות ליום הבחירות, ונתרגל את השורש של המילה לבחור.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פרגוד  ·  מושבים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מושבים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מראים בכניסה לקלפי?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תעודת זהות או דרכון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כרטיס אוטובוס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ההצבעה בישראל היא סודית.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להצביע רק עם רישיון נהיגה.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מאחורי ה__________ בוחרים פתק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בכנסת יש 120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עומדים מאחוריו לפני שבוחרים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מעטפה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המקום שבו מצביעים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פרגוד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שמים בה את הפתק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עומדים מאחורי הפרגוד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לקלפי ומראים תעודת זהות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מכניסים את המעטפה לקלפי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פתק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שורות: למה חשוב להצביע בבחירות?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השורש של המילה לבחור?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מאיזה גיל אפשר להצביע?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הבחירות – איך מצביעים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