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– איך מצביעים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משפחת המילים מהשורש ב-ח-ר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תעודת זהות או 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מ-7:00 עד 22:00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אף אחד לא רואה איזה פתק בחרתם.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להצביע גם עם תעודת זהות או דרכון.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יום הבחירות הוא יום שבתון, ורוב העובדים בבית.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ההצבעה נשארת סודית.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ב-ח-ר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שבו מצביעים)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(שמים בה את הפתק)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(עומדים מאחוריו לפני שבוחרים)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(מראים אותה בכניסה לקלפי)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(רשימה עם שמות של מי שיכול להצביע)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לקלפי ומראים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עומדים מאחורי הפרגוד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פתק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שמים את הפתק במעטפה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מכניסים את המעטפה 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מסביר/ה שהקול שלהם חשוב, שזו זכות וחובה אזרחית.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שלבי ההצבעה ושימוש במילים החדשות: קלפי, פרגוד, מעטפה, תעודת זהות.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ב-ח-ר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גיל 18 ומעלה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פתק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הקטעים לפני התרגול, כדי לחזק הבנת 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שלבי ההצבעה בעזרת תמונות או בובות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לוותר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– איך מצביעים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יש בחירות בישראל. נלמד מילים חדשות ונבין איך מצביעים בקלפי, צעד אחר צעד.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מצביעים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וילון שעומדים מאחוריו לפני שבוחרים פתק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קטן שבוחרים ושמים במעטפה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מעטפה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בה את הפתק לפני שמכניסים לקלפי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שמראים אותו בכניסה לקלפי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אזרח / אזרחית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שיש לו הזכות להצביע במדינה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להצביע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בפתק אחד בקלפי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אף אחד לא יודע מה בחרתם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כיסאות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בן כמה צריך להיות כדי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להראות בקלפי?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זהות או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חשבון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פתוחה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מ-7:00 עד 22:00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מ-8:00 עד 12:00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מ-9:00 עד 17:00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פתקים בוחרים?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בישראל היא סודית.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להצביע רק עם רישיון נהיגה.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הבחירות הוא יום עבודה רגיל כמו 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בקלפי עומדים מאחורי פרגוד לפני שבוחרים פתק.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מאחורי ה__________ בוחרים פתק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בכנסת יש 120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ההצבעה מראים __________ עם תמונה.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ההצבעה היא __________, אף אחד לא יודע מה בחרתם.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בחירות באה מהשורש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עומדים מאחוריו לפני שבוחרים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שבו מצביעים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רשימה עם שמות של מי שיכול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תעודת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שמים בה את הפתק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פנקס בוחרים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מראים אותה בכניסה לקלפי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הפתק במעטפה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מכניסים את המעטפה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מאחורי הפרגוד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לקלפי ומראים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פתק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שורות: למה חשוב להצביע בבחירות?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שזו הפעם הראשונה שלכם בקלפי בישראל. כתבו מה אתם עושים ומה אתם מרגישים.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לבחור?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מאיזה גיל אפשר להצביע?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שמים במעטפה בקלפי?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הבחירות – איך מצביעים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